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4D121A" w14:textId="1D5B1CB7" w:rsidR="003730E1" w:rsidRDefault="003730E1">
      <w:r>
        <w:rPr>
          <w:b/>
          <w:noProof/>
          <w:sz w:val="24"/>
          <w:szCs w:val="24"/>
        </w:rPr>
        <w:drawing>
          <wp:anchor distT="57150" distB="57150" distL="57150" distR="57150" simplePos="0" relativeHeight="251659264" behindDoc="1" locked="0" layoutInCell="1" hidden="0" allowOverlap="1" wp14:anchorId="4B6966B5" wp14:editId="43EF9D8D">
            <wp:simplePos x="0" y="0"/>
            <wp:positionH relativeFrom="margin">
              <wp:posOffset>0</wp:posOffset>
            </wp:positionH>
            <wp:positionV relativeFrom="margin">
              <wp:posOffset>57150</wp:posOffset>
            </wp:positionV>
            <wp:extent cx="2961677" cy="856683"/>
            <wp:effectExtent l="0" t="0" r="0" b="0"/>
            <wp:wrapNone/>
            <wp:docPr id="1" name="image1.jpg" descr="A close-up of a logo&#10;&#10;AI-generated content may be incorrect.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g" descr="A close-up of a logo&#10;&#10;AI-generated content may be incorrect.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61677" cy="85668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57C327F1" w14:textId="77777777" w:rsidR="003730E1" w:rsidRDefault="003730E1"/>
    <w:p w14:paraId="59F8156F" w14:textId="77777777" w:rsidR="003730E1" w:rsidRDefault="003730E1"/>
    <w:p w14:paraId="1C0EACAE" w14:textId="74E03FAF" w:rsidR="00DC175B" w:rsidRDefault="00000000">
      <w:proofErr w:type="spellStart"/>
      <w:r>
        <w:t>以下は、</w:t>
      </w:r>
      <w:r>
        <w:t>Stevie</w:t>
      </w:r>
      <w:proofErr w:type="spellEnd"/>
      <w:r>
        <w:t xml:space="preserve"> Awards </w:t>
      </w:r>
      <w:proofErr w:type="spellStart"/>
      <w:r>
        <w:t>の受賞ニュースをソーシャルメディアで共有するために、貴組織が使用できる任意のフレーズです</w:t>
      </w:r>
      <w:proofErr w:type="spellEnd"/>
      <w:r>
        <w:t>。</w:t>
      </w:r>
    </w:p>
    <w:p w14:paraId="7A0354D1" w14:textId="77777777" w:rsidR="00DC175B" w:rsidRDefault="00000000">
      <w:r>
        <w:t>必要に応じて、投稿内で私たちをタグ付けしてください。私たちのページをフォローすることをお勧めします</w:t>
      </w:r>
      <w:r>
        <w:t xml:space="preserve"> —— </w:t>
      </w:r>
      <w:r>
        <w:t>年間を通じて受賞者の特集を投稿しています。</w:t>
      </w:r>
    </w:p>
    <w:p w14:paraId="6CD9CC4F" w14:textId="1A250A5D" w:rsidR="00DC175B" w:rsidRPr="003730E1" w:rsidRDefault="00000000">
      <w:pPr>
        <w:rPr>
          <w:b/>
          <w:sz w:val="24"/>
          <w:szCs w:val="24"/>
        </w:rPr>
      </w:pPr>
      <w:proofErr w:type="spellStart"/>
      <w:r>
        <w:t>アジア・パシフィック</w:t>
      </w:r>
      <w:proofErr w:type="spellEnd"/>
      <w:r>
        <w:t xml:space="preserve"> Stevie Awards </w:t>
      </w:r>
      <w:proofErr w:type="spellStart"/>
      <w:r>
        <w:t>のソーシャルメディア：</w:t>
      </w:r>
      <w:hyperlink r:id="rId7">
        <w:r w:rsidR="003730E1">
          <w:rPr>
            <w:b/>
            <w:color w:val="1155CC"/>
            <w:sz w:val="24"/>
            <w:szCs w:val="24"/>
            <w:u w:val="single"/>
          </w:rPr>
          <w:t>Facebook</w:t>
        </w:r>
        <w:proofErr w:type="spellEnd"/>
      </w:hyperlink>
      <w:r w:rsidR="003730E1">
        <w:rPr>
          <w:b/>
          <w:sz w:val="24"/>
          <w:szCs w:val="24"/>
        </w:rPr>
        <w:t xml:space="preserve"> |</w:t>
      </w:r>
      <w:hyperlink r:id="rId8">
        <w:r w:rsidR="003730E1">
          <w:rPr>
            <w:b/>
            <w:color w:val="1155CC"/>
            <w:sz w:val="24"/>
            <w:szCs w:val="24"/>
            <w:u w:val="single"/>
          </w:rPr>
          <w:t xml:space="preserve"> Instagram</w:t>
        </w:r>
      </w:hyperlink>
      <w:r w:rsidR="003730E1">
        <w:rPr>
          <w:b/>
          <w:sz w:val="24"/>
          <w:szCs w:val="24"/>
        </w:rPr>
        <w:t xml:space="preserve"> | </w:t>
      </w:r>
      <w:hyperlink r:id="rId9">
        <w:r w:rsidR="003730E1">
          <w:rPr>
            <w:b/>
            <w:color w:val="1155CC"/>
            <w:sz w:val="24"/>
            <w:szCs w:val="24"/>
            <w:u w:val="single"/>
          </w:rPr>
          <w:t>X</w:t>
        </w:r>
      </w:hyperlink>
      <w:r w:rsidR="003730E1">
        <w:rPr>
          <w:b/>
          <w:sz w:val="24"/>
          <w:szCs w:val="24"/>
        </w:rPr>
        <w:t xml:space="preserve"> | </w:t>
      </w:r>
      <w:hyperlink r:id="rId10">
        <w:r w:rsidR="003730E1">
          <w:rPr>
            <w:b/>
            <w:color w:val="1155CC"/>
            <w:sz w:val="24"/>
            <w:szCs w:val="24"/>
            <w:u w:val="single"/>
          </w:rPr>
          <w:t>LinkedIn</w:t>
        </w:r>
      </w:hyperlink>
      <w:r w:rsidR="003730E1">
        <w:rPr>
          <w:b/>
          <w:sz w:val="24"/>
          <w:szCs w:val="24"/>
        </w:rPr>
        <w:t xml:space="preserve"> |</w:t>
      </w:r>
      <w:hyperlink r:id="rId11">
        <w:r w:rsidR="003730E1">
          <w:rPr>
            <w:b/>
            <w:sz w:val="24"/>
            <w:szCs w:val="24"/>
          </w:rPr>
          <w:t xml:space="preserve"> </w:t>
        </w:r>
      </w:hyperlink>
      <w:hyperlink r:id="rId12">
        <w:r w:rsidR="003730E1">
          <w:rPr>
            <w:b/>
            <w:color w:val="1155CC"/>
            <w:sz w:val="24"/>
            <w:szCs w:val="24"/>
            <w:u w:val="single"/>
          </w:rPr>
          <w:t>YouTube</w:t>
        </w:r>
      </w:hyperlink>
    </w:p>
    <w:p w14:paraId="7A7FF299" w14:textId="77777777" w:rsidR="00DC175B" w:rsidRDefault="00000000">
      <w:pPr>
        <w:pStyle w:val="Heading2"/>
      </w:pPr>
      <w:r>
        <w:br/>
        <w:t>Facebook</w:t>
      </w:r>
      <w:r>
        <w:t>、</w:t>
      </w:r>
      <w:r>
        <w:t>Instagram</w:t>
      </w:r>
      <w:r>
        <w:t>、</w:t>
      </w:r>
      <w:r>
        <w:t xml:space="preserve">LinkedIn </w:t>
      </w:r>
      <w:r>
        <w:t>投稿オプション</w:t>
      </w:r>
      <w:r>
        <w:t xml:space="preserve"> 1</w:t>
      </w:r>
      <w:r>
        <w:t>：</w:t>
      </w:r>
    </w:p>
    <w:p w14:paraId="198ADA2F" w14:textId="62D65723" w:rsidR="00DC175B" w:rsidRDefault="00000000">
      <w:r>
        <w:t>[</w:t>
      </w:r>
      <w:r>
        <w:t>組織名</w:t>
      </w:r>
      <w:r>
        <w:t>/</w:t>
      </w:r>
      <w:r>
        <w:t>あなたの名前</w:t>
      </w:r>
      <w:r>
        <w:t xml:space="preserve">] </w:t>
      </w:r>
      <w:r>
        <w:t>は、第</w:t>
      </w:r>
      <w:r>
        <w:t>12</w:t>
      </w:r>
      <w:r>
        <w:t>回</w:t>
      </w:r>
      <w:r>
        <w:t xml:space="preserve"> </w:t>
      </w:r>
      <w:hyperlink r:id="rId13">
        <w:r w:rsidR="003730E1">
          <w:rPr>
            <w:color w:val="1155CC"/>
            <w:sz w:val="24"/>
            <w:szCs w:val="24"/>
            <w:u w:val="single"/>
          </w:rPr>
          <w:t xml:space="preserve">@Asia-Pacific Stevie </w:t>
        </w:r>
        <w:proofErr w:type="spellStart"/>
        <w:r w:rsidR="003730E1">
          <w:rPr>
            <w:color w:val="1155CC"/>
            <w:sz w:val="24"/>
            <w:szCs w:val="24"/>
            <w:u w:val="single"/>
          </w:rPr>
          <w:t>Awards</w:t>
        </w:r>
      </w:hyperlink>
      <w:r>
        <w:t>において</w:t>
      </w:r>
      <w:proofErr w:type="spellEnd"/>
      <w:r>
        <w:t xml:space="preserve"> [</w:t>
      </w:r>
      <w:proofErr w:type="spellStart"/>
      <w:r>
        <w:t>金賞、銀賞、または銅賞</w:t>
      </w:r>
      <w:proofErr w:type="spellEnd"/>
      <w:r>
        <w:t xml:space="preserve">] </w:t>
      </w:r>
      <w:proofErr w:type="spellStart"/>
      <w:r>
        <w:t>を受賞しました</w:t>
      </w:r>
      <w:proofErr w:type="spellEnd"/>
      <w:r>
        <w:t>。</w:t>
      </w:r>
    </w:p>
    <w:p w14:paraId="7EE107A0" w14:textId="0CCC5FC0" w:rsidR="00DC175B" w:rsidRDefault="00000000">
      <w:r>
        <w:t>2025</w:t>
      </w:r>
      <w:r>
        <w:t>年のコンペティションには、</w:t>
      </w:r>
      <w:r>
        <w:t>2</w:t>
      </w:r>
      <w:r w:rsidR="009A320E">
        <w:t>2</w:t>
      </w:r>
      <w:r>
        <w:t>の国と地域から</w:t>
      </w:r>
      <w:r>
        <w:t>1,000</w:t>
      </w:r>
      <w:r>
        <w:t>件以上の応募がありました。この名誉ある</w:t>
      </w:r>
      <w:r>
        <w:t xml:space="preserve"> #StevieAward </w:t>
      </w:r>
      <w:r>
        <w:t>受賞者のリストに加われたことは光栄です。受賞者一覧はこちら</w:t>
      </w:r>
      <w:r>
        <w:t xml:space="preserve">: </w:t>
      </w:r>
      <w:r w:rsidR="003730E1">
        <w:rPr>
          <w:b/>
          <w:sz w:val="24"/>
          <w:szCs w:val="24"/>
        </w:rPr>
        <w:t>[</w:t>
      </w:r>
      <w:hyperlink r:id="rId14">
        <w:r w:rsidR="003730E1">
          <w:rPr>
            <w:b/>
            <w:color w:val="1155CC"/>
            <w:sz w:val="24"/>
            <w:szCs w:val="24"/>
            <w:u w:val="single"/>
          </w:rPr>
          <w:t>LINK TO WINNERS PAGE</w:t>
        </w:r>
      </w:hyperlink>
      <w:r w:rsidR="003730E1">
        <w:rPr>
          <w:b/>
          <w:sz w:val="24"/>
          <w:szCs w:val="24"/>
        </w:rPr>
        <w:t xml:space="preserve"> </w:t>
      </w:r>
      <w:r w:rsidR="003730E1">
        <w:rPr>
          <w:b/>
          <w:color w:val="FF0000"/>
          <w:sz w:val="24"/>
          <w:szCs w:val="24"/>
        </w:rPr>
        <w:t>or Your Own Press Release]</w:t>
      </w:r>
    </w:p>
    <w:p w14:paraId="19EE7B11" w14:textId="77777777" w:rsidR="00DC175B" w:rsidRDefault="00000000">
      <w:r>
        <w:t>#StevieAwards #StevieWinner2025</w:t>
      </w:r>
    </w:p>
    <w:p w14:paraId="6CF3EAE7" w14:textId="77777777" w:rsidR="00DC175B" w:rsidRDefault="00000000">
      <w:pPr>
        <w:pStyle w:val="Heading2"/>
      </w:pPr>
      <w:r>
        <w:br/>
        <w:t>Facebook</w:t>
      </w:r>
      <w:r>
        <w:t>、</w:t>
      </w:r>
      <w:r>
        <w:t>Instagram</w:t>
      </w:r>
      <w:r>
        <w:t>、</w:t>
      </w:r>
      <w:r>
        <w:t xml:space="preserve">LinkedIn </w:t>
      </w:r>
      <w:r>
        <w:t>投稿オプション</w:t>
      </w:r>
      <w:r>
        <w:t xml:space="preserve"> 2</w:t>
      </w:r>
      <w:r>
        <w:t>：</w:t>
      </w:r>
    </w:p>
    <w:p w14:paraId="648794CE" w14:textId="1A4A6846" w:rsidR="00DC175B" w:rsidRDefault="00000000">
      <w:r>
        <w:t>第</w:t>
      </w:r>
      <w:r>
        <w:t>12</w:t>
      </w:r>
      <w:r>
        <w:t>回</w:t>
      </w:r>
      <w:r>
        <w:t xml:space="preserve"> </w:t>
      </w:r>
      <w:hyperlink r:id="rId15">
        <w:r w:rsidR="003730E1">
          <w:rPr>
            <w:color w:val="1155CC"/>
            <w:sz w:val="24"/>
            <w:szCs w:val="24"/>
            <w:u w:val="single"/>
          </w:rPr>
          <w:t xml:space="preserve">@Asia-Pacific Stevie </w:t>
        </w:r>
        <w:proofErr w:type="spellStart"/>
        <w:r w:rsidR="003730E1">
          <w:rPr>
            <w:color w:val="1155CC"/>
            <w:sz w:val="24"/>
            <w:szCs w:val="24"/>
            <w:u w:val="single"/>
          </w:rPr>
          <w:t>Awards</w:t>
        </w:r>
      </w:hyperlink>
      <w:r>
        <w:t>において</w:t>
      </w:r>
      <w:proofErr w:type="spellEnd"/>
      <w:r>
        <w:t xml:space="preserve"> [</w:t>
      </w:r>
      <w:proofErr w:type="spellStart"/>
      <w:r>
        <w:t>あなたの部門</w:t>
      </w:r>
      <w:proofErr w:type="spellEnd"/>
      <w:r>
        <w:t>/</w:t>
      </w:r>
      <w:proofErr w:type="spellStart"/>
      <w:r>
        <w:t>受賞内容</w:t>
      </w:r>
      <w:proofErr w:type="spellEnd"/>
      <w:r>
        <w:t xml:space="preserve">] </w:t>
      </w:r>
      <w:r>
        <w:t>で</w:t>
      </w:r>
      <w:r>
        <w:t xml:space="preserve"> [</w:t>
      </w:r>
      <w:proofErr w:type="spellStart"/>
      <w:r>
        <w:t>金賞、銀賞、または銅賞</w:t>
      </w:r>
      <w:proofErr w:type="spellEnd"/>
      <w:r>
        <w:t xml:space="preserve">] </w:t>
      </w:r>
      <w:r>
        <w:t>を受賞できたことは大変光栄です。</w:t>
      </w:r>
    </w:p>
    <w:p w14:paraId="40648A76" w14:textId="5101EDE1" w:rsidR="00DC175B" w:rsidRDefault="00000000">
      <w:r>
        <w:t>アジア</w:t>
      </w:r>
      <w:r>
        <w:t>Stevie Awards</w:t>
      </w:r>
      <w:r>
        <w:t>は、企業コミュニケーションから広報、人事、経営、技術に至るまで、</w:t>
      </w:r>
      <w:r>
        <w:t>APAC</w:t>
      </w:r>
      <w:r>
        <w:t>地域における仕事生活のあらゆる側面における革新を称えます。</w:t>
      </w:r>
      <w:r>
        <w:t>2025</w:t>
      </w:r>
      <w:r>
        <w:t>年のコンペティションおよび受賞組織について詳しくはこちら</w:t>
      </w:r>
      <w:r>
        <w:t xml:space="preserve">: </w:t>
      </w:r>
      <w:r w:rsidR="003730E1">
        <w:rPr>
          <w:b/>
          <w:sz w:val="24"/>
          <w:szCs w:val="24"/>
        </w:rPr>
        <w:t>[</w:t>
      </w:r>
      <w:hyperlink r:id="rId16">
        <w:r w:rsidR="003730E1">
          <w:rPr>
            <w:b/>
            <w:color w:val="1155CC"/>
            <w:sz w:val="24"/>
            <w:szCs w:val="24"/>
            <w:u w:val="single"/>
          </w:rPr>
          <w:t>LINK TO WINNERS PAGE</w:t>
        </w:r>
      </w:hyperlink>
      <w:r w:rsidR="003730E1">
        <w:rPr>
          <w:b/>
          <w:sz w:val="24"/>
          <w:szCs w:val="24"/>
        </w:rPr>
        <w:t xml:space="preserve"> </w:t>
      </w:r>
      <w:r w:rsidR="003730E1">
        <w:rPr>
          <w:b/>
          <w:color w:val="FF0000"/>
          <w:sz w:val="24"/>
          <w:szCs w:val="24"/>
        </w:rPr>
        <w:t>or Your Own Press Release]</w:t>
      </w:r>
    </w:p>
    <w:p w14:paraId="6C20B2B9" w14:textId="77777777" w:rsidR="00DC175B" w:rsidRDefault="00000000">
      <w:r>
        <w:t>#StevieAwards #StevieWinner2025</w:t>
      </w:r>
    </w:p>
    <w:p w14:paraId="3D754597" w14:textId="77777777" w:rsidR="00DC175B" w:rsidRDefault="00000000">
      <w:pPr>
        <w:pStyle w:val="Heading2"/>
      </w:pPr>
      <w:r>
        <w:br/>
        <w:t xml:space="preserve">X </w:t>
      </w:r>
      <w:r>
        <w:t>投稿オプション</w:t>
      </w:r>
      <w:r>
        <w:t xml:space="preserve"> 1</w:t>
      </w:r>
      <w:r>
        <w:t>：</w:t>
      </w:r>
    </w:p>
    <w:p w14:paraId="56FB785D" w14:textId="72F7D4BF" w:rsidR="00DC175B" w:rsidRDefault="00000000">
      <w:r>
        <w:t>[</w:t>
      </w:r>
      <w:r>
        <w:t>組織名</w:t>
      </w:r>
      <w:r>
        <w:t>/</w:t>
      </w:r>
      <w:r>
        <w:t>あなたの名前</w:t>
      </w:r>
      <w:r>
        <w:t xml:space="preserve">] </w:t>
      </w:r>
      <w:r>
        <w:t>は、第</w:t>
      </w:r>
      <w:r>
        <w:t>12</w:t>
      </w:r>
      <w:r>
        <w:t>回</w:t>
      </w:r>
      <w:r>
        <w:t xml:space="preserve"> @AsiaStevies </w:t>
      </w:r>
      <w:r>
        <w:t>において</w:t>
      </w:r>
      <w:r>
        <w:t xml:space="preserve"> [</w:t>
      </w:r>
      <w:r>
        <w:t>金賞、銀賞、または銅賞</w:t>
      </w:r>
      <w:r>
        <w:t xml:space="preserve">] </w:t>
      </w:r>
      <w:r>
        <w:t>を受賞しました！</w:t>
      </w:r>
      <w:r>
        <w:t>2025</w:t>
      </w:r>
      <w:r>
        <w:t>年のコンペティションには、</w:t>
      </w:r>
      <w:r>
        <w:t>2</w:t>
      </w:r>
      <w:r w:rsidR="009A320E">
        <w:t>2</w:t>
      </w:r>
      <w:r>
        <w:t>の国と地域から</w:t>
      </w:r>
      <w:r>
        <w:t>1,000</w:t>
      </w:r>
      <w:r>
        <w:t>件以上の</w:t>
      </w:r>
      <w:r>
        <w:lastRenderedPageBreak/>
        <w:t>応募がありました。受賞組織一覧はこちら</w:t>
      </w:r>
      <w:r>
        <w:t xml:space="preserve">: </w:t>
      </w:r>
      <w:r w:rsidR="003730E1">
        <w:rPr>
          <w:b/>
          <w:sz w:val="24"/>
          <w:szCs w:val="24"/>
        </w:rPr>
        <w:t>[</w:t>
      </w:r>
      <w:hyperlink r:id="rId17">
        <w:r w:rsidR="003730E1">
          <w:rPr>
            <w:b/>
            <w:color w:val="1155CC"/>
            <w:sz w:val="24"/>
            <w:szCs w:val="24"/>
            <w:u w:val="single"/>
          </w:rPr>
          <w:t>LINK TO WINNERS PAGE</w:t>
        </w:r>
      </w:hyperlink>
      <w:r w:rsidR="003730E1">
        <w:rPr>
          <w:b/>
          <w:sz w:val="24"/>
          <w:szCs w:val="24"/>
        </w:rPr>
        <w:t xml:space="preserve"> </w:t>
      </w:r>
      <w:r w:rsidR="003730E1">
        <w:rPr>
          <w:b/>
          <w:color w:val="FF0000"/>
          <w:sz w:val="24"/>
          <w:szCs w:val="24"/>
        </w:rPr>
        <w:t>or Your Own Press Release]</w:t>
      </w:r>
    </w:p>
    <w:p w14:paraId="08455EB5" w14:textId="77777777" w:rsidR="00DC175B" w:rsidRDefault="00000000">
      <w:pPr>
        <w:pStyle w:val="Heading2"/>
      </w:pPr>
      <w:r>
        <w:br/>
        <w:t xml:space="preserve">X </w:t>
      </w:r>
      <w:r>
        <w:t>投稿オプション</w:t>
      </w:r>
      <w:r>
        <w:t xml:space="preserve"> 2</w:t>
      </w:r>
      <w:r>
        <w:t>：</w:t>
      </w:r>
    </w:p>
    <w:p w14:paraId="684EEDD7" w14:textId="0B5D468B" w:rsidR="00DC175B" w:rsidRDefault="00000000">
      <w:r>
        <w:t>第</w:t>
      </w:r>
      <w:r>
        <w:t>12</w:t>
      </w:r>
      <w:r>
        <w:t>回</w:t>
      </w:r>
      <w:r>
        <w:t xml:space="preserve"> @AsiaStevies </w:t>
      </w:r>
      <w:r>
        <w:t>において</w:t>
      </w:r>
      <w:r>
        <w:t xml:space="preserve"> [</w:t>
      </w:r>
      <w:r>
        <w:t>あなたの部門</w:t>
      </w:r>
      <w:r>
        <w:t>/</w:t>
      </w:r>
      <w:r>
        <w:t>受賞内容</w:t>
      </w:r>
      <w:r>
        <w:t xml:space="preserve">] </w:t>
      </w:r>
      <w:r>
        <w:t>で</w:t>
      </w:r>
      <w:r>
        <w:t xml:space="preserve"> [</w:t>
      </w:r>
      <w:r>
        <w:t>金賞、銀賞、または銅賞</w:t>
      </w:r>
      <w:r>
        <w:t xml:space="preserve">] </w:t>
      </w:r>
      <w:r>
        <w:t>を受賞できたことは大変光栄です！</w:t>
      </w:r>
      <w:r>
        <w:t>2025</w:t>
      </w:r>
      <w:r>
        <w:t>年のコンペティションについて詳しくはこちら、受賞組織を見る</w:t>
      </w:r>
      <w:r>
        <w:t xml:space="preserve">: </w:t>
      </w:r>
      <w:r w:rsidR="003730E1">
        <w:rPr>
          <w:b/>
          <w:sz w:val="24"/>
          <w:szCs w:val="24"/>
        </w:rPr>
        <w:t>[</w:t>
      </w:r>
      <w:hyperlink r:id="rId18">
        <w:r w:rsidR="003730E1">
          <w:rPr>
            <w:b/>
            <w:color w:val="1155CC"/>
            <w:sz w:val="24"/>
            <w:szCs w:val="24"/>
            <w:u w:val="single"/>
          </w:rPr>
          <w:t>LINK TO WINNERS PAGE</w:t>
        </w:r>
      </w:hyperlink>
      <w:r w:rsidR="003730E1">
        <w:rPr>
          <w:b/>
          <w:sz w:val="24"/>
          <w:szCs w:val="24"/>
        </w:rPr>
        <w:t xml:space="preserve"> </w:t>
      </w:r>
      <w:r w:rsidR="003730E1">
        <w:rPr>
          <w:b/>
          <w:color w:val="FF0000"/>
          <w:sz w:val="24"/>
          <w:szCs w:val="24"/>
        </w:rPr>
        <w:t>or Your Own Press Release]</w:t>
      </w:r>
    </w:p>
    <w:p w14:paraId="370731C4" w14:textId="220A9EFB" w:rsidR="00DC175B" w:rsidRDefault="00000000">
      <w:r>
        <w:t>#StevieAwards #StevieWinner202</w:t>
      </w:r>
      <w:r w:rsidR="003730E1">
        <w:t>5</w:t>
      </w:r>
    </w:p>
    <w:sectPr w:rsidR="00DC175B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255721919">
    <w:abstractNumId w:val="8"/>
  </w:num>
  <w:num w:numId="2" w16cid:durableId="91367008">
    <w:abstractNumId w:val="6"/>
  </w:num>
  <w:num w:numId="3" w16cid:durableId="375392305">
    <w:abstractNumId w:val="5"/>
  </w:num>
  <w:num w:numId="4" w16cid:durableId="1651596798">
    <w:abstractNumId w:val="4"/>
  </w:num>
  <w:num w:numId="5" w16cid:durableId="1559822964">
    <w:abstractNumId w:val="7"/>
  </w:num>
  <w:num w:numId="6" w16cid:durableId="621813178">
    <w:abstractNumId w:val="3"/>
  </w:num>
  <w:num w:numId="7" w16cid:durableId="2100441277">
    <w:abstractNumId w:val="2"/>
  </w:num>
  <w:num w:numId="8" w16cid:durableId="1269236924">
    <w:abstractNumId w:val="1"/>
  </w:num>
  <w:num w:numId="9" w16cid:durableId="12912851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61A60"/>
    <w:rsid w:val="0015074B"/>
    <w:rsid w:val="0029639D"/>
    <w:rsid w:val="00326F90"/>
    <w:rsid w:val="003730E1"/>
    <w:rsid w:val="00621E8A"/>
    <w:rsid w:val="009A320E"/>
    <w:rsid w:val="00AA1D8D"/>
    <w:rsid w:val="00B47730"/>
    <w:rsid w:val="00CB0664"/>
    <w:rsid w:val="00DC175B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C74A4C7"/>
  <w14:defaultImageDpi w14:val="300"/>
  <w15:docId w15:val="{EBAE04DC-C9CA-2D4D-9E9A-9A87189FF0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stagram.com/thestevieawards" TargetMode="External"/><Relationship Id="rId13" Type="http://schemas.openxmlformats.org/officeDocument/2006/relationships/hyperlink" Target="https://www.linkedin.com/company/asia-pacific-stevie-awards" TargetMode="External"/><Relationship Id="rId18" Type="http://schemas.openxmlformats.org/officeDocument/2006/relationships/hyperlink" Target="https://asia.stevieawards.com/2025-stevie-winners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facebook.com/AsiaStevies" TargetMode="External"/><Relationship Id="rId12" Type="http://schemas.openxmlformats.org/officeDocument/2006/relationships/hyperlink" Target="https://www.youtube.com/thestevies?reload=9" TargetMode="External"/><Relationship Id="rId17" Type="http://schemas.openxmlformats.org/officeDocument/2006/relationships/hyperlink" Target="https://asia.stevieawards.com/2025-stevie-winners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asia.stevieawards.com/2025-stevie-winners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11" Type="http://schemas.openxmlformats.org/officeDocument/2006/relationships/hyperlink" Target="https://www.youtube.com/thestevies?reload=9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linkedin.com/company/asia-pacific-stevie-awards" TargetMode="External"/><Relationship Id="rId10" Type="http://schemas.openxmlformats.org/officeDocument/2006/relationships/hyperlink" Target="https://www.linkedin.com/company/asia-pacific-stevie-awards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twitter.com/AsiaStevies" TargetMode="External"/><Relationship Id="rId14" Type="http://schemas.openxmlformats.org/officeDocument/2006/relationships/hyperlink" Target="https://asia.stevieawards.com/2025-stevie-winner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299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2005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Maggie Gallagher</cp:lastModifiedBy>
  <cp:revision>4</cp:revision>
  <dcterms:created xsi:type="dcterms:W3CDTF">2025-03-30T15:55:00Z</dcterms:created>
  <dcterms:modified xsi:type="dcterms:W3CDTF">2025-03-31T14:45:00Z</dcterms:modified>
  <cp:category/>
</cp:coreProperties>
</file>