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FE03C7" w14:textId="77777777" w:rsidR="00ED45D5" w:rsidRDefault="00000000">
      <w:r>
        <w:t>Dưới đây là các cụm từ tùy chọn mà tổ chức của bạn có thể sử dụng trên mạng xã hội để chia sẻ tin tức về giải thưởng Stevie của mình.</w:t>
      </w:r>
    </w:p>
    <w:p w14:paraId="13E38F49" w14:textId="77777777" w:rsidR="00ED45D5" w:rsidRDefault="00000000">
      <w:r>
        <w:t>Vui lòng gắn thẻ chúng tôi trong các bài đăng xã hội của bạn nếu phù hợp. Chúng tôi khuyến khích bạn theo dõi các trang của chúng tôi – chúng tôi đăng các nội dung nổi bật về người chiến thắng Stevie suốt cả năm.</w:t>
      </w:r>
    </w:p>
    <w:p w14:paraId="1BFCA605" w14:textId="63C50C20" w:rsidR="00ED45D5" w:rsidRDefault="00000000">
      <w:r>
        <w:t xml:space="preserve">Mạng xã hội của Giải thưởng Stevie Châu Á - Thái Bình Dương: </w:t>
      </w:r>
      <w:hyperlink r:id="rId6">
        <w:r w:rsidR="00D36EBB">
          <w:rPr>
            <w:b/>
            <w:color w:val="1155CC"/>
            <w:sz w:val="24"/>
            <w:szCs w:val="24"/>
            <w:u w:val="single"/>
          </w:rPr>
          <w:t>Facebook</w:t>
        </w:r>
      </w:hyperlink>
      <w:r w:rsidR="00D36EBB">
        <w:rPr>
          <w:b/>
          <w:sz w:val="24"/>
          <w:szCs w:val="24"/>
        </w:rPr>
        <w:t xml:space="preserve"> |</w:t>
      </w:r>
      <w:hyperlink r:id="rId7">
        <w:r w:rsidR="00D36EBB">
          <w:rPr>
            <w:b/>
            <w:color w:val="1155CC"/>
            <w:sz w:val="24"/>
            <w:szCs w:val="24"/>
            <w:u w:val="single"/>
          </w:rPr>
          <w:t xml:space="preserve"> Instagram</w:t>
        </w:r>
      </w:hyperlink>
      <w:r w:rsidR="00D36EBB">
        <w:rPr>
          <w:b/>
          <w:sz w:val="24"/>
          <w:szCs w:val="24"/>
        </w:rPr>
        <w:t xml:space="preserve"> | </w:t>
      </w:r>
      <w:hyperlink r:id="rId8">
        <w:r w:rsidR="00D36EBB">
          <w:rPr>
            <w:b/>
            <w:color w:val="1155CC"/>
            <w:sz w:val="24"/>
            <w:szCs w:val="24"/>
            <w:u w:val="single"/>
          </w:rPr>
          <w:t>X</w:t>
        </w:r>
      </w:hyperlink>
      <w:r w:rsidR="00D36EBB">
        <w:rPr>
          <w:b/>
          <w:sz w:val="24"/>
          <w:szCs w:val="24"/>
        </w:rPr>
        <w:t xml:space="preserve"> | </w:t>
      </w:r>
      <w:hyperlink r:id="rId9">
        <w:r w:rsidR="00D36EBB">
          <w:rPr>
            <w:b/>
            <w:color w:val="1155CC"/>
            <w:sz w:val="24"/>
            <w:szCs w:val="24"/>
            <w:u w:val="single"/>
          </w:rPr>
          <w:t>LinkedIn</w:t>
        </w:r>
      </w:hyperlink>
      <w:r w:rsidR="00D36EBB">
        <w:rPr>
          <w:b/>
          <w:sz w:val="24"/>
          <w:szCs w:val="24"/>
        </w:rPr>
        <w:t xml:space="preserve"> |</w:t>
      </w:r>
      <w:hyperlink r:id="rId10">
        <w:r w:rsidR="00D36EBB">
          <w:rPr>
            <w:b/>
            <w:sz w:val="24"/>
            <w:szCs w:val="24"/>
          </w:rPr>
          <w:t xml:space="preserve"> </w:t>
        </w:r>
      </w:hyperlink>
      <w:hyperlink r:id="rId11">
        <w:r w:rsidR="00D36EBB">
          <w:rPr>
            <w:b/>
            <w:color w:val="1155CC"/>
            <w:sz w:val="24"/>
            <w:szCs w:val="24"/>
            <w:u w:val="single"/>
          </w:rPr>
          <w:t>YouTube</w:t>
        </w:r>
      </w:hyperlink>
    </w:p>
    <w:p w14:paraId="4679DC61" w14:textId="77777777" w:rsidR="00ED45D5" w:rsidRDefault="00000000">
      <w:pPr>
        <w:pStyle w:val="Heading2"/>
      </w:pPr>
      <w:r>
        <w:br/>
        <w:t>Tùy chọn bài đăng Facebook, Instagram, LinkedIn 1:</w:t>
      </w:r>
    </w:p>
    <w:p w14:paraId="4C084D2B" w14:textId="1AC54A32" w:rsidR="00ED45D5" w:rsidRDefault="00000000">
      <w:r>
        <w:t xml:space="preserve">[TÊN TỔ CHỨC/TÊN BẠN] đã được công nhận là người chiến thắng [Vàng, Bạc hoặc Đồng] trong Giải </w:t>
      </w:r>
      <w:proofErr w:type="spellStart"/>
      <w:r>
        <w:t>thưởng</w:t>
      </w:r>
      <w:proofErr w:type="spellEnd"/>
      <w:r>
        <w:t xml:space="preserve"> </w:t>
      </w:r>
      <w:hyperlink r:id="rId12">
        <w:r w:rsidR="00D36EBB">
          <w:rPr>
            <w:color w:val="1155CC"/>
            <w:sz w:val="24"/>
            <w:szCs w:val="24"/>
            <w:u w:val="single"/>
          </w:rPr>
          <w:t>@Asia-Pacific Stevie Awards</w:t>
        </w:r>
      </w:hyperlink>
      <w:r w:rsidR="00D36EBB">
        <w:t xml:space="preserve"> </w:t>
      </w:r>
      <w:proofErr w:type="spellStart"/>
      <w:r>
        <w:t>lần</w:t>
      </w:r>
      <w:proofErr w:type="spellEnd"/>
      <w:r>
        <w:t xml:space="preserve"> </w:t>
      </w:r>
      <w:proofErr w:type="spellStart"/>
      <w:r>
        <w:t>thứ</w:t>
      </w:r>
      <w:proofErr w:type="spellEnd"/>
      <w:r>
        <w:t xml:space="preserve"> 12.</w:t>
      </w:r>
    </w:p>
    <w:p w14:paraId="75853745" w14:textId="57545297" w:rsidR="00ED45D5" w:rsidRDefault="00000000">
      <w:r>
        <w:t xml:space="preserve">Cuộc thi năm 2025 đã nhận được hơn 1.000 </w:t>
      </w:r>
      <w:proofErr w:type="spellStart"/>
      <w:r>
        <w:t>đề</w:t>
      </w:r>
      <w:proofErr w:type="spellEnd"/>
      <w:r>
        <w:t xml:space="preserve"> </w:t>
      </w:r>
      <w:proofErr w:type="spellStart"/>
      <w:r>
        <w:t>cử</w:t>
      </w:r>
      <w:proofErr w:type="spellEnd"/>
      <w:r>
        <w:t xml:space="preserve"> </w:t>
      </w:r>
      <w:proofErr w:type="spellStart"/>
      <w:r>
        <w:t>từ</w:t>
      </w:r>
      <w:proofErr w:type="spellEnd"/>
      <w:r>
        <w:t xml:space="preserve"> 2</w:t>
      </w:r>
      <w:r w:rsidR="00495E4B">
        <w:t>2</w:t>
      </w:r>
      <w:r>
        <w:t xml:space="preserve"> </w:t>
      </w:r>
      <w:proofErr w:type="spellStart"/>
      <w:r>
        <w:t>quốc</w:t>
      </w:r>
      <w:proofErr w:type="spellEnd"/>
      <w:r>
        <w:t xml:space="preserve"> </w:t>
      </w:r>
      <w:proofErr w:type="spellStart"/>
      <w:r>
        <w:t>gia</w:t>
      </w:r>
      <w:proofErr w:type="spellEnd"/>
      <w:r>
        <w:t xml:space="preserve"> </w:t>
      </w:r>
      <w:proofErr w:type="spellStart"/>
      <w:r>
        <w:t>và</w:t>
      </w:r>
      <w:proofErr w:type="spellEnd"/>
      <w:r>
        <w:t xml:space="preserve"> vùng lãnh thổ. Thật vinh dự khi được góp mặt trong danh sách những người chiến thắng #StevieAward danh giá. Xem danh sách đầy đủ người chiến thắng: </w:t>
      </w:r>
      <w:hyperlink r:id="rId13">
        <w:r w:rsidR="00D36EBB">
          <w:rPr>
            <w:b/>
            <w:color w:val="1155CC"/>
            <w:sz w:val="24"/>
            <w:szCs w:val="24"/>
            <w:u w:val="single"/>
          </w:rPr>
          <w:t>LINK TO WINNERS PAGE</w:t>
        </w:r>
      </w:hyperlink>
      <w:r w:rsidR="00D36EBB">
        <w:rPr>
          <w:b/>
          <w:sz w:val="24"/>
          <w:szCs w:val="24"/>
        </w:rPr>
        <w:t xml:space="preserve"> </w:t>
      </w:r>
      <w:r w:rsidR="00D36EBB">
        <w:rPr>
          <w:b/>
          <w:color w:val="FF0000"/>
          <w:sz w:val="24"/>
          <w:szCs w:val="24"/>
        </w:rPr>
        <w:t>or Your Own Press Release]</w:t>
      </w:r>
    </w:p>
    <w:p w14:paraId="12A64B4E" w14:textId="77777777" w:rsidR="00ED45D5" w:rsidRDefault="00000000">
      <w:r>
        <w:t>#StevieAwards #StevieWinner2025</w:t>
      </w:r>
    </w:p>
    <w:p w14:paraId="10A39EC5" w14:textId="77777777" w:rsidR="00ED45D5" w:rsidRDefault="00000000">
      <w:pPr>
        <w:pStyle w:val="Heading2"/>
      </w:pPr>
      <w:r>
        <w:br/>
        <w:t>Tùy chọn bài đăng Facebook, Instagram, LinkedIn 2:</w:t>
      </w:r>
    </w:p>
    <w:p w14:paraId="700E9E37" w14:textId="3CB145FC" w:rsidR="00ED45D5" w:rsidRDefault="00000000">
      <w:r>
        <w:t xml:space="preserve">Thật vinh dự khi được công nhận là người chiến thắng [Vàng, Bạc hoặc Đồng] trong Giải </w:t>
      </w:r>
      <w:proofErr w:type="spellStart"/>
      <w:r>
        <w:t>thưởng</w:t>
      </w:r>
      <w:proofErr w:type="spellEnd"/>
      <w:r>
        <w:t xml:space="preserve"> </w:t>
      </w:r>
      <w:hyperlink r:id="rId14">
        <w:r w:rsidR="00D36EBB">
          <w:rPr>
            <w:color w:val="1155CC"/>
            <w:sz w:val="24"/>
            <w:szCs w:val="24"/>
            <w:u w:val="single"/>
          </w:rPr>
          <w:t>@Asia-Pacific Stevie Awards</w:t>
        </w:r>
      </w:hyperlink>
      <w:r w:rsidR="00D36EBB">
        <w:t xml:space="preserve"> </w:t>
      </w:r>
      <w:proofErr w:type="spellStart"/>
      <w:r>
        <w:t>lần</w:t>
      </w:r>
      <w:proofErr w:type="spellEnd"/>
      <w:r>
        <w:t xml:space="preserve"> </w:t>
      </w:r>
      <w:proofErr w:type="spellStart"/>
      <w:r>
        <w:t>thứ</w:t>
      </w:r>
      <w:proofErr w:type="spellEnd"/>
      <w:r>
        <w:t xml:space="preserve"> 12 </w:t>
      </w:r>
      <w:proofErr w:type="spellStart"/>
      <w:r>
        <w:t>cho</w:t>
      </w:r>
      <w:proofErr w:type="spellEnd"/>
      <w:r>
        <w:t xml:space="preserve"> [HẠNG MỤC/ĐỀ CỬ ĐOẠT GIẢI CỦA BẠN].</w:t>
      </w:r>
    </w:p>
    <w:p w14:paraId="7BD89C16" w14:textId="674A3035" w:rsidR="00ED45D5" w:rsidRDefault="00000000">
      <w:r>
        <w:t>Giải thưởng Asia Stevies tôn vinh sự đổi mới trong mọi khía cạnh của cuộc sống công việc tại khu vực Châu Á - Thái Bình Dương, từ truyền thông doanh nghiệp đến quan hệ công chúng, nhân sự, quản lý và công nghệ. Tìm hiểu thêm về cuộc thi năm 2025 và các tổ chức đoạt giải: [</w:t>
      </w:r>
      <w:hyperlink r:id="rId15">
        <w:r w:rsidR="00D36EBB">
          <w:rPr>
            <w:b/>
            <w:color w:val="1155CC"/>
            <w:sz w:val="24"/>
            <w:szCs w:val="24"/>
            <w:u w:val="single"/>
          </w:rPr>
          <w:t>LINK TO WINNERS PAGE</w:t>
        </w:r>
      </w:hyperlink>
      <w:r w:rsidR="00D36EBB">
        <w:rPr>
          <w:b/>
          <w:sz w:val="24"/>
          <w:szCs w:val="24"/>
        </w:rPr>
        <w:t xml:space="preserve"> </w:t>
      </w:r>
      <w:r w:rsidR="00D36EBB">
        <w:rPr>
          <w:b/>
          <w:color w:val="FF0000"/>
          <w:sz w:val="24"/>
          <w:szCs w:val="24"/>
        </w:rPr>
        <w:t>or Your Own Press Release]</w:t>
      </w:r>
    </w:p>
    <w:p w14:paraId="3FE8FECA" w14:textId="77777777" w:rsidR="00ED45D5" w:rsidRDefault="00000000">
      <w:r>
        <w:t>#StevieAwards #StevieWinner2025</w:t>
      </w:r>
    </w:p>
    <w:p w14:paraId="68835C87" w14:textId="77777777" w:rsidR="00ED45D5" w:rsidRDefault="00000000">
      <w:pPr>
        <w:pStyle w:val="Heading2"/>
      </w:pPr>
      <w:r>
        <w:br/>
        <w:t>Tùy chọn bài đăng X 1:</w:t>
      </w:r>
    </w:p>
    <w:p w14:paraId="12819C62" w14:textId="3EF8A364" w:rsidR="00ED45D5" w:rsidRDefault="00000000">
      <w:r>
        <w:t>[TÊN TỔ CHỨC/TÊN BẠN] đã được công nhận là người chiến thắng [Vàng, Bạc hoặc Đồng] trong @AsiaStevies lần thứ 12! Cuộc thi năm 2025 đã nhận được hơn 1.000 đề cử từ 2</w:t>
      </w:r>
      <w:r w:rsidR="00495E4B">
        <w:t>2</w:t>
      </w:r>
      <w:r>
        <w:t xml:space="preserve"> quốc gia và vùng lãnh thổ. Xem các tổ </w:t>
      </w:r>
      <w:proofErr w:type="spellStart"/>
      <w:r>
        <w:t>chức</w:t>
      </w:r>
      <w:proofErr w:type="spellEnd"/>
      <w:r>
        <w:t xml:space="preserve"> </w:t>
      </w:r>
      <w:proofErr w:type="spellStart"/>
      <w:r>
        <w:t>đoạt</w:t>
      </w:r>
      <w:proofErr w:type="spellEnd"/>
      <w:r>
        <w:t xml:space="preserve"> </w:t>
      </w:r>
      <w:proofErr w:type="spellStart"/>
      <w:r>
        <w:t>giải</w:t>
      </w:r>
      <w:proofErr w:type="spellEnd"/>
      <w:r>
        <w:t xml:space="preserve">: </w:t>
      </w:r>
      <w:r w:rsidR="00D36EBB">
        <w:t xml:space="preserve"> </w:t>
      </w:r>
      <w:hyperlink r:id="rId16">
        <w:r w:rsidR="00D36EBB">
          <w:rPr>
            <w:b/>
            <w:color w:val="1155CC"/>
            <w:sz w:val="24"/>
            <w:szCs w:val="24"/>
            <w:u w:val="single"/>
          </w:rPr>
          <w:t>LINK TO WINNERS PAGE</w:t>
        </w:r>
      </w:hyperlink>
      <w:r w:rsidR="00D36EBB">
        <w:rPr>
          <w:b/>
          <w:sz w:val="24"/>
          <w:szCs w:val="24"/>
        </w:rPr>
        <w:t xml:space="preserve"> </w:t>
      </w:r>
      <w:r w:rsidR="00D36EBB">
        <w:rPr>
          <w:b/>
          <w:color w:val="FF0000"/>
          <w:sz w:val="24"/>
          <w:szCs w:val="24"/>
        </w:rPr>
        <w:t>or Your Own Press Release]</w:t>
      </w:r>
    </w:p>
    <w:p w14:paraId="11592050" w14:textId="77777777" w:rsidR="00ED45D5" w:rsidRDefault="00000000">
      <w:pPr>
        <w:pStyle w:val="Heading2"/>
      </w:pPr>
      <w:r>
        <w:lastRenderedPageBreak/>
        <w:br/>
        <w:t>Tùy chọn bài đăng X 2:</w:t>
      </w:r>
    </w:p>
    <w:p w14:paraId="23396632" w14:textId="166887C1" w:rsidR="00ED45D5" w:rsidRDefault="00000000">
      <w:r>
        <w:t xml:space="preserve">Thật vinh dự khi được công nhận là người chiến thắng [Vàng, Bạc hoặc Đồng] trong @AsiaStevies lần thứ 12! [HẠNG MỤC/ĐỀ CỬ ĐOẠT GIẢI CỦA BẠN]. Tìm hiểu thêm về cuộc thi năm 2025 và xem các tổ chức đoạt giải: </w:t>
      </w:r>
      <w:hyperlink r:id="rId17">
        <w:r w:rsidR="00D36EBB">
          <w:rPr>
            <w:b/>
            <w:color w:val="1155CC"/>
            <w:sz w:val="24"/>
            <w:szCs w:val="24"/>
            <w:u w:val="single"/>
          </w:rPr>
          <w:t>LINK TO WINNERS PAGE</w:t>
        </w:r>
      </w:hyperlink>
      <w:r w:rsidR="00D36EBB">
        <w:rPr>
          <w:b/>
          <w:sz w:val="24"/>
          <w:szCs w:val="24"/>
        </w:rPr>
        <w:t xml:space="preserve"> </w:t>
      </w:r>
      <w:r w:rsidR="00D36EBB">
        <w:rPr>
          <w:b/>
          <w:color w:val="FF0000"/>
          <w:sz w:val="24"/>
          <w:szCs w:val="24"/>
        </w:rPr>
        <w:t>or Your Own Press Release]</w:t>
      </w:r>
    </w:p>
    <w:p w14:paraId="6C124A6D" w14:textId="6DA660C3" w:rsidR="00ED45D5" w:rsidRDefault="00000000">
      <w:r>
        <w:t>#StevieAwards #StevieWinner202</w:t>
      </w:r>
      <w:r w:rsidR="005B1BDD">
        <w:t>5</w:t>
      </w:r>
    </w:p>
    <w:sectPr w:rsidR="00ED45D5"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0000000000000000000"/>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16cid:durableId="116609417">
    <w:abstractNumId w:val="8"/>
  </w:num>
  <w:num w:numId="2" w16cid:durableId="42292498">
    <w:abstractNumId w:val="6"/>
  </w:num>
  <w:num w:numId="3" w16cid:durableId="1236353957">
    <w:abstractNumId w:val="5"/>
  </w:num>
  <w:num w:numId="4" w16cid:durableId="1311709103">
    <w:abstractNumId w:val="4"/>
  </w:num>
  <w:num w:numId="5" w16cid:durableId="124201248">
    <w:abstractNumId w:val="7"/>
  </w:num>
  <w:num w:numId="6" w16cid:durableId="1990398571">
    <w:abstractNumId w:val="3"/>
  </w:num>
  <w:num w:numId="7" w16cid:durableId="7100496">
    <w:abstractNumId w:val="2"/>
  </w:num>
  <w:num w:numId="8" w16cid:durableId="565263099">
    <w:abstractNumId w:val="1"/>
  </w:num>
  <w:num w:numId="9" w16cid:durableId="18584979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34616"/>
    <w:rsid w:val="0006063C"/>
    <w:rsid w:val="00061A60"/>
    <w:rsid w:val="0015074B"/>
    <w:rsid w:val="0029639D"/>
    <w:rsid w:val="00326F90"/>
    <w:rsid w:val="00495E4B"/>
    <w:rsid w:val="005B1BDD"/>
    <w:rsid w:val="00AA1D8D"/>
    <w:rsid w:val="00B47730"/>
    <w:rsid w:val="00CB0664"/>
    <w:rsid w:val="00D36EBB"/>
    <w:rsid w:val="00ED45D5"/>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359B701"/>
  <w14:defaultImageDpi w14:val="300"/>
  <w15:docId w15:val="{EBAE04DC-C9CA-2D4D-9E9A-9A87189FF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itter.com/AsiaStevies" TargetMode="External"/><Relationship Id="rId13" Type="http://schemas.openxmlformats.org/officeDocument/2006/relationships/hyperlink" Target="https://asia.stevieawards.com/2025-stevie-winners"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instagram.com/thestevieawards" TargetMode="External"/><Relationship Id="rId12" Type="http://schemas.openxmlformats.org/officeDocument/2006/relationships/hyperlink" Target="https://www.linkedin.com/company/asia-pacific-stevie-awards" TargetMode="External"/><Relationship Id="rId17" Type="http://schemas.openxmlformats.org/officeDocument/2006/relationships/hyperlink" Target="https://asia.stevieawards.com/2025-stevie-winners" TargetMode="External"/><Relationship Id="rId2" Type="http://schemas.openxmlformats.org/officeDocument/2006/relationships/numbering" Target="numbering.xml"/><Relationship Id="rId16" Type="http://schemas.openxmlformats.org/officeDocument/2006/relationships/hyperlink" Target="https://asia.stevieawards.com/2025-stevie-winners" TargetMode="External"/><Relationship Id="rId1" Type="http://schemas.openxmlformats.org/officeDocument/2006/relationships/customXml" Target="../customXml/item1.xml"/><Relationship Id="rId6" Type="http://schemas.openxmlformats.org/officeDocument/2006/relationships/hyperlink" Target="https://www.facebook.com/AsiaStevies" TargetMode="External"/><Relationship Id="rId11" Type="http://schemas.openxmlformats.org/officeDocument/2006/relationships/hyperlink" Target="https://www.youtube.com/thestevies?reload=9" TargetMode="External"/><Relationship Id="rId5" Type="http://schemas.openxmlformats.org/officeDocument/2006/relationships/webSettings" Target="webSettings.xml"/><Relationship Id="rId15" Type="http://schemas.openxmlformats.org/officeDocument/2006/relationships/hyperlink" Target="https://asia.stevieawards.com/2025-stevie-winners" TargetMode="External"/><Relationship Id="rId10" Type="http://schemas.openxmlformats.org/officeDocument/2006/relationships/hyperlink" Target="https://www.youtube.com/thestevies?reload=9"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linkedin.com/company/asia-pacific-stevie-awards" TargetMode="External"/><Relationship Id="rId14" Type="http://schemas.openxmlformats.org/officeDocument/2006/relationships/hyperlink" Target="https://www.linkedin.com/company/asia-pacific-stevie-awar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435</Words>
  <Characters>2482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2912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Maggie Gallagher</cp:lastModifiedBy>
  <cp:revision>4</cp:revision>
  <dcterms:created xsi:type="dcterms:W3CDTF">2025-03-30T15:56:00Z</dcterms:created>
  <dcterms:modified xsi:type="dcterms:W3CDTF">2025-03-31T14:12:00Z</dcterms:modified>
  <cp:category/>
</cp:coreProperties>
</file>